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60"/>
        <w:jc w:val="center"/>
      </w:pPr>
      <w:r>
        <w:drawing>
          <wp:inline xmlns:a="http://schemas.openxmlformats.org/drawingml/2006/main" xmlns:pic="http://schemas.openxmlformats.org/drawingml/2006/picture">
            <wp:extent cx="5532120" cy="1519582"/>
            <wp:docPr id="1" name="Picture 1" title="Logo QOLAMA" descr="Logo QOLAMA: Jurnal Pendidikan Islam dan Transformasi Sosial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QOLAMA-logo-transparent-final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151958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160"/>
        <w:jc w:val="center"/>
        <w:pBdr>
          <w:bottom w:val="single" w:sz="8" w:space="5" w:color="14532D"/>
        </w:pBdr>
      </w:pPr>
      <w:r>
        <w:rPr>
          <w:rFonts w:ascii="Arial" w:hAnsi="Arial" w:eastAsia="Arial"/>
          <w:b/>
          <w:i w:val="0"/>
          <w:color w:val="14532D"/>
          <w:sz w:val="17"/>
        </w:rPr>
        <w:t>TEMPLATE ARTIKEL  |  Vol. [X] No. [X] ([Tahun])  |  Lisensi CC BY 4.0</w:t>
      </w:r>
    </w:p>
    <w:p>
      <w:pPr>
        <w:spacing w:before="40" w:after="200" w:line="252" w:lineRule="auto"/>
        <w:ind w:left="142" w:right="142"/>
        <w:shd w:fill="FFF4E8"/>
        <w:pBdr>
          <w:left w:val="single" w:sz="18" w:space="6" w:color="F97316"/>
        </w:pBdr>
      </w:pPr>
      <w:r>
        <w:rPr>
          <w:rFonts w:ascii="Arial" w:hAnsi="Arial" w:eastAsia="Arial"/>
          <w:b/>
          <w:i w:val="0"/>
          <w:color w:val="111111"/>
          <w:sz w:val="18"/>
        </w:rPr>
        <w:t>PENTING - Untuk pengiriman awal (double-blind review), hapus nama, afiliasi, email, ORCID, ucapan terima kasih, dan informasi lain yang dapat mengungkap identitas penulis. Hapus pula seluruh petunjuk berwarna abu-abu sebelum naskah dikirim.</w:t>
      </w:r>
    </w:p>
    <w:p>
      <w:pPr>
        <w:keepNext/>
        <w:spacing w:before="60" w:after="80"/>
        <w:jc w:val="center"/>
      </w:pPr>
      <w:r>
        <w:rPr>
          <w:rFonts w:ascii="Times New Roman" w:hAnsi="Times New Roman" w:eastAsia="Times New Roman"/>
          <w:b/>
          <w:i w:val="0"/>
          <w:color w:val="14532D"/>
          <w:sz w:val="32"/>
        </w:rPr>
        <w:t>[JUDUL ARTIKEL DALAM BAHASA INDONESIA]</w:t>
      </w:r>
    </w:p>
    <w:p>
      <w:pPr>
        <w:keepNext/>
        <w:spacing w:before="0" w:after="160"/>
        <w:jc w:val="center"/>
      </w:pPr>
      <w:r>
        <w:rPr>
          <w:rFonts w:ascii="Times New Roman" w:hAnsi="Times New Roman" w:eastAsia="Times New Roman"/>
          <w:b/>
          <w:i/>
          <w:color w:val="111111"/>
          <w:sz w:val="26"/>
        </w:rPr>
        <w:t>[Article Title in English]</w:t>
      </w:r>
    </w:p>
    <w:p>
      <w:pPr>
        <w:spacing w:after="40"/>
        <w:jc w:val="center"/>
      </w:pPr>
      <w:r>
        <w:rPr>
          <w:rFonts w:ascii="Times New Roman" w:hAnsi="Times New Roman" w:eastAsia="Times New Roman"/>
          <w:b/>
          <w:i w:val="0"/>
          <w:color w:val="111111"/>
          <w:sz w:val="22"/>
        </w:rPr>
        <w:t>[Nama Penulis Pertama]¹*, [Nama Penulis Kedua]²</w:t>
      </w:r>
    </w:p>
    <w:p>
      <w:pPr>
        <w:spacing w:after="20"/>
        <w:jc w:val="center"/>
      </w:pPr>
      <w:r>
        <w:rPr>
          <w:rFonts w:ascii="Times New Roman" w:hAnsi="Times New Roman" w:eastAsia="Times New Roman"/>
          <w:b w:val="0"/>
          <w:i/>
          <w:color w:val="666666"/>
          <w:sz w:val="19"/>
        </w:rPr>
        <w:t>¹[Afiliasi penulis pertama, kota, negara]</w:t>
      </w:r>
    </w:p>
    <w:p>
      <w:pPr>
        <w:spacing w:after="20"/>
        <w:jc w:val="center"/>
      </w:pPr>
      <w:r>
        <w:rPr>
          <w:rFonts w:ascii="Times New Roman" w:hAnsi="Times New Roman" w:eastAsia="Times New Roman"/>
          <w:b w:val="0"/>
          <w:i/>
          <w:color w:val="666666"/>
          <w:sz w:val="19"/>
        </w:rPr>
        <w:t>²[Afiliasi penulis kedua, kota, negara]</w:t>
      </w:r>
    </w:p>
    <w:p>
      <w:pPr>
        <w:spacing w:after="20"/>
        <w:jc w:val="center"/>
      </w:pPr>
      <w:r>
        <w:rPr>
          <w:rFonts w:ascii="Times New Roman" w:hAnsi="Times New Roman" w:eastAsia="Times New Roman"/>
          <w:b w:val="0"/>
          <w:i/>
          <w:color w:val="666666"/>
          <w:sz w:val="19"/>
        </w:rPr>
        <w:t>*Korespondensi: [email] | ORCID: [https://orcid.org/0000-0000-0000-0000]</w:t>
      </w:r>
    </w:p>
    <w:p>
      <w:pPr>
        <w:spacing w:before="100" w:after="200"/>
        <w:jc w:val="center"/>
      </w:pPr>
      <w:r>
        <w:rPr>
          <w:rFonts w:ascii="Arial" w:hAnsi="Arial" w:eastAsia="Arial"/>
          <w:b w:val="0"/>
          <w:i w:val="0"/>
          <w:color w:val="666666"/>
          <w:sz w:val="17"/>
        </w:rPr>
        <w:t>Diterima: [diisi editor]  |  Direvisi: [diisi editor]  |  Disetujui: [diisi editor]  |  Terbit: [diisi editor]</w:t>
      </w:r>
    </w:p>
    <w:p>
      <w:pPr>
        <w:keepNext/>
        <w:spacing w:before="80" w:after="60"/>
      </w:pPr>
      <w:r>
        <w:rPr>
          <w:rFonts w:ascii="Times New Roman" w:hAnsi="Times New Roman" w:eastAsia="Times New Roman"/>
          <w:b/>
          <w:i w:val="0"/>
          <w:color w:val="14532D"/>
          <w:sz w:val="22"/>
        </w:rPr>
        <w:t>Abstrak</w:t>
      </w:r>
    </w:p>
    <w:p>
      <w:pPr>
        <w:pStyle w:val="AbstractQOLAMA"/>
      </w:pPr>
      <w:r>
        <w:rPr>
          <w:rFonts w:ascii="Times New Roman" w:hAnsi="Times New Roman" w:eastAsia="Times New Roman"/>
          <w:b w:val="0"/>
          <w:i/>
          <w:color w:val="666666"/>
          <w:sz w:val="20"/>
        </w:rPr>
        <w:t>[150-250 kata. Tuliskan secara ringkas latar belakang, tujuan, metode, temuan utama, dan kesimpulan. Hindari sitasi, singkatan yang tidak umum, tabel, serta gambar.]</w:t>
      </w:r>
    </w:p>
    <w:p>
      <w:pPr>
        <w:pStyle w:val="AbstractQOLAMA"/>
        <w:pBdr>
          <w:bottom w:val="single" w:sz="4" w:space="4" w:color="D9DEDA"/>
        </w:pBdr>
      </w:pPr>
      <w:r>
        <w:rPr>
          <w:rFonts w:ascii="Times New Roman" w:hAnsi="Times New Roman" w:eastAsia="Times New Roman"/>
          <w:b/>
          <w:i w:val="0"/>
          <w:color w:val="111111"/>
          <w:sz w:val="20"/>
        </w:rPr>
        <w:t xml:space="preserve">Kata kunci: </w:t>
      </w:r>
      <w:r>
        <w:rPr>
          <w:rFonts w:ascii="Times New Roman" w:hAnsi="Times New Roman" w:eastAsia="Times New Roman"/>
          <w:b w:val="0"/>
          <w:i/>
          <w:color w:val="666666"/>
          <w:sz w:val="20"/>
        </w:rPr>
        <w:t>[3-5 istilah; dipisahkan dengan titik koma]</w:t>
      </w:r>
    </w:p>
    <w:p>
      <w:pPr>
        <w:keepNext/>
        <w:spacing w:before="80" w:after="60"/>
      </w:pPr>
      <w:r>
        <w:rPr>
          <w:rFonts w:ascii="Times New Roman" w:hAnsi="Times New Roman" w:eastAsia="Times New Roman"/>
          <w:b/>
          <w:i w:val="0"/>
          <w:color w:val="14532D"/>
          <w:sz w:val="22"/>
        </w:rPr>
        <w:t>Abstract</w:t>
      </w:r>
    </w:p>
    <w:p>
      <w:pPr>
        <w:pStyle w:val="AbstractQOLAMA"/>
      </w:pPr>
      <w:r>
        <w:rPr>
          <w:rFonts w:ascii="Times New Roman" w:hAnsi="Times New Roman" w:eastAsia="Times New Roman"/>
          <w:b w:val="0"/>
          <w:i/>
          <w:color w:val="666666"/>
          <w:sz w:val="20"/>
        </w:rPr>
        <w:t>[150-250 words. State the background, objective, method, principal findings, and conclusion. Avoid citations, uncommon abbreviations, tables, and figures.]</w:t>
      </w:r>
    </w:p>
    <w:p>
      <w:pPr>
        <w:pStyle w:val="AbstractQOLAMA"/>
        <w:pBdr>
          <w:bottom w:val="single" w:sz="4" w:space="4" w:color="D9DEDA"/>
        </w:pBdr>
      </w:pPr>
      <w:r>
        <w:rPr>
          <w:rFonts w:ascii="Times New Roman" w:hAnsi="Times New Roman" w:eastAsia="Times New Roman"/>
          <w:b/>
          <w:i w:val="0"/>
          <w:color w:val="111111"/>
          <w:sz w:val="20"/>
        </w:rPr>
        <w:t xml:space="preserve">Keywords: </w:t>
      </w:r>
      <w:r>
        <w:rPr>
          <w:rFonts w:ascii="Times New Roman" w:hAnsi="Times New Roman" w:eastAsia="Times New Roman"/>
          <w:b w:val="0"/>
          <w:i/>
          <w:color w:val="666666"/>
          <w:sz w:val="20"/>
        </w:rPr>
        <w:t>[3-5 terms; separated by semicolons]</w:t>
      </w:r>
    </w:p>
    <w:p>
      <w:pPr>
        <w:pStyle w:val="Heading1"/>
      </w:pPr>
      <w:r>
        <w:t>1. PENDAHULUAN</w:t>
      </w:r>
    </w:p>
    <w:p>
      <w:pPr>
        <w:pStyle w:val="Placeholder"/>
        <w:keepNext w:val="0"/>
        <w:spacing w:after="120"/>
      </w:pPr>
      <w:r>
        <w:t>[Jelaskan konteks dan kesenjangan penelitian, tinjauan pustaka yang relevan, kebaruan, rumusan masalah, serta tujuan penelitian. Gunakan sumber primer dan mutakhir.]</w:t>
      </w:r>
    </w:p>
    <w:p>
      <w:pPr>
        <w:pStyle w:val="BodyTextQOLAMA"/>
        <w:spacing w:after="120"/>
      </w:pPr>
      <w:r>
        <w:rPr>
          <w:rFonts w:ascii="Times New Roman" w:hAnsi="Times New Roman" w:eastAsia="Times New Roman"/>
          <w:b w:val="0"/>
          <w:i/>
          <w:color w:val="666666"/>
          <w:sz w:val="24"/>
        </w:rPr>
        <w:t>[Tuliskan isi bagian ini dan hapus petunjuk dalam tanda kurung siku.]</w:t>
      </w:r>
    </w:p>
    <w:p>
      <w:pPr>
        <w:pStyle w:val="BodyTextQOLAMA"/>
        <w:spacing w:after="120"/>
      </w:pPr>
      <w:r>
        <w:rPr>
          <w:rFonts w:ascii="Times New Roman" w:hAnsi="Times New Roman" w:eastAsia="Times New Roman"/>
          <w:b w:val="0"/>
          <w:i/>
          <w:color w:val="666666"/>
          <w:sz w:val="24"/>
        </w:rPr>
        <w:t>[Tuliskan isi bagian ini dan hapus petunjuk dalam tanda kurung siku.]</w:t>
      </w:r>
    </w:p>
    <w:p>
      <w:pPr>
        <w:pStyle w:val="Heading1"/>
      </w:pPr>
      <w:r>
        <w:t>2. METODE</w:t>
      </w:r>
    </w:p>
    <w:p>
      <w:pPr>
        <w:pStyle w:val="Placeholder"/>
        <w:keepNext w:val="0"/>
        <w:spacing w:after="120"/>
      </w:pPr>
      <w:r>
        <w:t>[Jelaskan desain atau pendekatan, lokasi dan waktu, partisipan/sumber data, teknik pengumpulan data, instrumen, prosedur analisis, keabsahan data, serta pertimbangan etik. Untuk kajian konseptual, jelaskan strategi penelusuran dan kerangka analisis.]</w:t>
      </w:r>
    </w:p>
    <w:p>
      <w:pPr>
        <w:pStyle w:val="BodyTextQOLAMA"/>
        <w:spacing w:after="120"/>
      </w:pPr>
      <w:r>
        <w:rPr>
          <w:rFonts w:ascii="Times New Roman" w:hAnsi="Times New Roman" w:eastAsia="Times New Roman"/>
          <w:b w:val="0"/>
          <w:i/>
          <w:color w:val="666666"/>
          <w:sz w:val="24"/>
        </w:rPr>
        <w:t>[Tuliskan isi bagian ini dan hapus petunjuk dalam tanda kurung siku.]</w:t>
      </w:r>
    </w:p>
    <w:p>
      <w:pPr>
        <w:pStyle w:val="Heading1"/>
      </w:pPr>
      <w:r>
        <w:t>3. HASIL DAN PEMBAHASAN</w:t>
      </w:r>
    </w:p>
    <w:p>
      <w:pPr>
        <w:pStyle w:val="Placeholder"/>
        <w:keepNext w:val="0"/>
        <w:spacing w:after="120"/>
      </w:pPr>
      <w:r>
        <w:t>[Sajikan hasil secara sistematis, kemudian tafsirkan dengan teori dan penelitian terdahulu. Jelaskan kontribusi, keterbatasan, dan implikasi bagi pendidikan Islam serta transformasi sosial.]</w:t>
      </w:r>
    </w:p>
    <w:p>
      <w:pPr>
        <w:pStyle w:val="BodyTextQOLAMA"/>
        <w:spacing w:after="120"/>
      </w:pPr>
      <w:r>
        <w:rPr>
          <w:rFonts w:ascii="Times New Roman" w:hAnsi="Times New Roman" w:eastAsia="Times New Roman"/>
          <w:b w:val="0"/>
          <w:i/>
          <w:color w:val="666666"/>
          <w:sz w:val="24"/>
        </w:rPr>
        <w:t>[Tuliskan isi bagian ini dan hapus petunjuk dalam tanda kurung siku.]</w:t>
      </w:r>
    </w:p>
    <w:p>
      <w:pPr>
        <w:pStyle w:val="Heading2"/>
      </w:pPr>
      <w:r>
        <w:t>3.1 [Subjudul Hasil atau Tema Analisis]</w:t>
      </w:r>
    </w:p>
    <w:p>
      <w:pPr>
        <w:pStyle w:val="BodyTextQOLAMA"/>
        <w:spacing w:after="120"/>
      </w:pPr>
      <w:r>
        <w:rPr>
          <w:rFonts w:ascii="Times New Roman" w:hAnsi="Times New Roman" w:eastAsia="Times New Roman"/>
          <w:b w:val="0"/>
          <w:i/>
          <w:color w:val="666666"/>
          <w:sz w:val="24"/>
        </w:rPr>
        <w:t>[Tuliskan isi bagian ini dan hapus petunjuk dalam tanda kurung siku.]</w:t>
      </w:r>
    </w:p>
    <w:p>
      <w:pPr>
        <w:pStyle w:val="CaptionQOLAMA"/>
      </w:pPr>
      <w:r>
        <w:t>Tabel 1. [Judul tabel yang ringkas dan informatif]</w:t>
      </w:r>
    </w:p>
    <w:tbl>
      <w:tblPr>
        <w:tblStyle w:val="TableGrid"/>
        <w:tblW w:type="dxa" w:w="907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700"/>
        <w:gridCol w:w="3000"/>
        <w:gridCol w:w="4370"/>
      </w:tblGrid>
      <w:tr>
        <w:trPr>
          <w:tblHeader w:val="true"/>
        </w:trPr>
        <w:tc>
          <w:tcPr>
            <w:tcW w:type="dxa" w:w="1700"/>
            <w:vAlign w:val="center"/>
            <w:shd w:fill="14532D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i w:val="0"/>
                <w:color w:val="FFFFFF"/>
                <w:sz w:val="20"/>
              </w:rPr>
              <w:t>Aspek</w:t>
            </w:r>
          </w:p>
        </w:tc>
        <w:tc>
          <w:tcPr>
            <w:tcW w:type="dxa" w:w="3000"/>
            <w:vAlign w:val="center"/>
            <w:shd w:fill="14532D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i w:val="0"/>
                <w:color w:val="FFFFFF"/>
                <w:sz w:val="20"/>
              </w:rPr>
              <w:t>Temuan</w:t>
            </w:r>
          </w:p>
        </w:tc>
        <w:tc>
          <w:tcPr>
            <w:tcW w:type="dxa" w:w="4370"/>
            <w:vAlign w:val="center"/>
            <w:shd w:fill="14532D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i w:val="0"/>
                <w:color w:val="FFFFFF"/>
                <w:sz w:val="20"/>
              </w:rPr>
              <w:t>Interpretasi</w:t>
            </w:r>
          </w:p>
        </w:tc>
      </w:tr>
      <w:tr>
        <w:trPr/>
        <w:tc>
          <w:tcPr>
            <w:tcW w:type="dxa" w:w="1700"/>
            <w:vAlign w:val="center"/>
            <w:shd w:fill="FFFFFF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i w:val="0"/>
                <w:color w:val="666666"/>
                <w:sz w:val="19"/>
              </w:rPr>
              <w:t>[Aspek 1]</w:t>
            </w:r>
          </w:p>
        </w:tc>
        <w:tc>
          <w:tcPr>
            <w:tcW w:type="dxa" w:w="3000"/>
            <w:vAlign w:val="center"/>
            <w:shd w:fill="FFFFFF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i w:val="0"/>
                <w:color w:val="666666"/>
                <w:sz w:val="19"/>
              </w:rPr>
              <w:t>[Ringkasan temuan]</w:t>
            </w:r>
          </w:p>
        </w:tc>
        <w:tc>
          <w:tcPr>
            <w:tcW w:type="dxa" w:w="4370"/>
            <w:vAlign w:val="center"/>
            <w:shd w:fill="FFFFFF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i w:val="0"/>
                <w:color w:val="666666"/>
                <w:sz w:val="19"/>
              </w:rPr>
              <w:t>[Makna/implikasi]</w:t>
            </w:r>
          </w:p>
        </w:tc>
      </w:tr>
      <w:tr>
        <w:trPr/>
        <w:tc>
          <w:tcPr>
            <w:tcW w:type="dxa" w:w="1700"/>
            <w:vAlign w:val="center"/>
            <w:shd w:fill="EAF4ED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i w:val="0"/>
                <w:color w:val="666666"/>
                <w:sz w:val="19"/>
              </w:rPr>
              <w:t>[Aspek 2]</w:t>
            </w:r>
          </w:p>
        </w:tc>
        <w:tc>
          <w:tcPr>
            <w:tcW w:type="dxa" w:w="3000"/>
            <w:vAlign w:val="center"/>
            <w:shd w:fill="EAF4ED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i w:val="0"/>
                <w:color w:val="666666"/>
                <w:sz w:val="19"/>
              </w:rPr>
              <w:t>[Ringkasan temuan]</w:t>
            </w:r>
          </w:p>
        </w:tc>
        <w:tc>
          <w:tcPr>
            <w:tcW w:type="dxa" w:w="4370"/>
            <w:vAlign w:val="center"/>
            <w:shd w:fill="EAF4ED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i w:val="0"/>
                <w:color w:val="666666"/>
                <w:sz w:val="19"/>
              </w:rPr>
              <w:t>[Makna/implikasi]</w:t>
            </w:r>
          </w:p>
        </w:tc>
      </w:tr>
    </w:tbl>
    <w:p>
      <w:pPr>
        <w:spacing w:before="60" w:after="160"/>
        <w:jc w:val="left"/>
      </w:pPr>
      <w:r>
        <w:rPr>
          <w:rFonts w:ascii="Times New Roman" w:hAnsi="Times New Roman" w:eastAsia="Times New Roman"/>
          <w:b w:val="0"/>
          <w:i/>
          <w:color w:val="666666"/>
          <w:sz w:val="18"/>
        </w:rPr>
        <w:t>Sumber: [Data penelitian, tahun].</w:t>
      </w:r>
    </w:p>
    <w:p>
      <w:pPr>
        <w:spacing w:before="120" w:after="80" w:line="240" w:lineRule="auto"/>
        <w:jc w:val="center"/>
        <w:shd w:fill="F4F5F5"/>
        <w:pBdr>
          <w:top w:val="single" w:sz="6" w:space="8" w:color="D9DEDA"/>
          <w:left w:val="single" w:sz="6" w:space="8" w:color="D9DEDA"/>
          <w:bottom w:val="single" w:sz="6" w:space="8" w:color="D9DEDA"/>
          <w:right w:val="single" w:sz="6" w:space="8" w:color="D9DEDA"/>
        </w:pBdr>
      </w:pPr>
      <w:r>
        <w:rPr>
          <w:rFonts w:ascii="Arial" w:hAnsi="Arial" w:eastAsia="Arial"/>
          <w:b w:val="0"/>
          <w:i/>
          <w:color w:val="666666"/>
          <w:sz w:val="20"/>
        </w:rPr>
        <w:br/>
        <w:t>[Tempatkan gambar beresolusi memadai di sini]</w:t>
        <w:br/>
      </w:r>
    </w:p>
    <w:p>
      <w:pPr>
        <w:pStyle w:val="CaptionQOLAMA"/>
      </w:pPr>
      <w:r>
        <w:t>Gambar 1. [Judul gambar dan keterangan yang diperlukan]</w:t>
      </w:r>
    </w:p>
    <w:p>
      <w:pPr>
        <w:pStyle w:val="Heading1"/>
      </w:pPr>
      <w:r>
        <w:t>4. KESIMPULAN</w:t>
      </w:r>
    </w:p>
    <w:p>
      <w:pPr>
        <w:pStyle w:val="Placeholder"/>
        <w:keepNext w:val="0"/>
        <w:spacing w:after="120"/>
      </w:pPr>
      <w:r>
        <w:t>[Jawab tujuan penelitian secara ringkas, tegaskan kontribusi utama, dan sampaikan implikasi atau rekomendasi. Jangan mengulang abstrak dan jangan menambahkan data baru.]</w:t>
      </w:r>
    </w:p>
    <w:p>
      <w:pPr>
        <w:pStyle w:val="BodyTextQOLAMA"/>
        <w:spacing w:after="120"/>
      </w:pPr>
      <w:r>
        <w:rPr>
          <w:rFonts w:ascii="Times New Roman" w:hAnsi="Times New Roman" w:eastAsia="Times New Roman"/>
          <w:b w:val="0"/>
          <w:i/>
          <w:color w:val="666666"/>
          <w:sz w:val="24"/>
        </w:rPr>
        <w:t>[Tuliskan isi bagian ini dan hapus petunjuk dalam tanda kurung siku.]</w:t>
      </w:r>
    </w:p>
    <w:p>
      <w:pPr>
        <w:pStyle w:val="Heading1"/>
        <w:pageBreakBefore/>
      </w:pPr>
      <w:r>
        <w:t>PERNYATAAN</w:t>
      </w:r>
    </w:p>
    <w:p>
      <w:pPr>
        <w:pStyle w:val="Heading2"/>
      </w:pPr>
      <w:r>
        <w:t>Kontribusi Penulis</w:t>
      </w:r>
    </w:p>
    <w:p>
      <w:pPr>
        <w:pStyle w:val="Placeholder"/>
        <w:keepNext w:val="0"/>
        <w:spacing w:after="100"/>
      </w:pPr>
      <w:r>
        <w:t>[Jelaskan peran setiap penulis menggunakan taksonomi CRediT.]</w:t>
      </w:r>
    </w:p>
    <w:p>
      <w:pPr>
        <w:pStyle w:val="Heading2"/>
      </w:pPr>
      <w:r>
        <w:t>Pendanaan</w:t>
      </w:r>
    </w:p>
    <w:p>
      <w:pPr>
        <w:pStyle w:val="Placeholder"/>
        <w:keepNext w:val="0"/>
        <w:spacing w:after="100"/>
      </w:pPr>
      <w:r>
        <w:t>[Sebutkan sumber pendanaan dan nomor hibah, atau nyatakan bahwa penelitian tidak menerima pendanaan eksternal.]</w:t>
      </w:r>
    </w:p>
    <w:p>
      <w:pPr>
        <w:pStyle w:val="Heading2"/>
      </w:pPr>
      <w:r>
        <w:t>Konflik Kepentingan</w:t>
      </w:r>
    </w:p>
    <w:p>
      <w:pPr>
        <w:pStyle w:val="Placeholder"/>
        <w:keepNext w:val="0"/>
        <w:spacing w:after="100"/>
      </w:pPr>
      <w:r>
        <w:t>[Nyatakan konflik yang relevan atau: Penulis menyatakan tidak terdapat konflik kepentingan.]</w:t>
      </w:r>
    </w:p>
    <w:p>
      <w:pPr>
        <w:pStyle w:val="Heading2"/>
      </w:pPr>
      <w:r>
        <w:t>Persetujuan Etik</w:t>
      </w:r>
    </w:p>
    <w:p>
      <w:pPr>
        <w:pStyle w:val="Placeholder"/>
        <w:keepNext w:val="0"/>
        <w:spacing w:after="100"/>
      </w:pPr>
      <w:r>
        <w:t>[Cantumkan lembaga dan nomor persetujuan etik; jelaskan persetujuan partisipan bila relevan.]</w:t>
      </w:r>
    </w:p>
    <w:p>
      <w:pPr>
        <w:pStyle w:val="Heading2"/>
      </w:pPr>
      <w:r>
        <w:t>Ketersediaan Data</w:t>
      </w:r>
    </w:p>
    <w:p>
      <w:pPr>
        <w:pStyle w:val="Placeholder"/>
        <w:keepNext w:val="0"/>
        <w:spacing w:after="100"/>
      </w:pPr>
      <w:r>
        <w:t>[Cantumkan repositori/tautan, ketersediaan berdasarkan permintaan, pembatasan etik, atau bahwa tidak ada data baru.]</w:t>
      </w:r>
    </w:p>
    <w:p>
      <w:pPr>
        <w:pStyle w:val="Heading2"/>
      </w:pPr>
      <w:r>
        <w:t>Penggunaan Kecerdasan Artifisial</w:t>
      </w:r>
    </w:p>
    <w:p>
      <w:pPr>
        <w:pStyle w:val="Placeholder"/>
        <w:keepNext w:val="0"/>
        <w:spacing w:after="100"/>
      </w:pPr>
      <w:r>
        <w:t>[Jelaskan penggunaan AI yang substantif atau nyatakan bahwa AI generatif tidak digunakan.]</w:t>
      </w:r>
    </w:p>
    <w:p>
      <w:pPr>
        <w:pStyle w:val="Heading2"/>
      </w:pPr>
      <w:r>
        <w:t>Ucapan Terima Kasih</w:t>
      </w:r>
    </w:p>
    <w:p>
      <w:pPr>
        <w:pStyle w:val="Placeholder"/>
        <w:keepNext w:val="0"/>
        <w:spacing w:after="100"/>
      </w:pPr>
      <w:r>
        <w:t>[Opsional. Cantumkan bantuan yang tidak memenuhi kriteria kepengarangan.]</w:t>
      </w:r>
    </w:p>
    <w:p>
      <w:pPr>
        <w:pStyle w:val="Heading1"/>
      </w:pPr>
      <w:r>
        <w:t>DAFTAR PUSTAKA</w:t>
      </w:r>
    </w:p>
    <w:p>
      <w:pPr>
        <w:pStyle w:val="Placeholder"/>
        <w:keepNext w:val="0"/>
        <w:spacing w:after="120"/>
      </w:pPr>
      <w:r>
        <w:t>[Gunakan APA Style edisi ke-7 dan aplikasi pengelola referensi seperti Zotero atau Mendeley. Setiap sumber yang dikutip harus tercantum di daftar pustaka. Utamakan sumber primer dan mutakhir.]</w:t>
      </w:r>
    </w:p>
    <w:p>
      <w:pPr>
        <w:spacing w:after="100" w:line="240" w:lineRule="auto"/>
        <w:ind w:left="567" w:hanging="567"/>
      </w:pPr>
      <w:r>
        <w:rPr>
          <w:rFonts w:ascii="Times New Roman" w:hAnsi="Times New Roman" w:eastAsia="Times New Roman"/>
          <w:b w:val="0"/>
          <w:i w:val="0"/>
          <w:color w:val="666666"/>
          <w:sz w:val="22"/>
        </w:rPr>
        <w:t>Nama Belakang, A. A. (Tahun). Judul artikel. Nama Jurnal, volume(nomor), halaman-halaman. https://doi.org/xxxxx</w:t>
      </w:r>
    </w:p>
    <w:p>
      <w:pPr>
        <w:spacing w:after="100" w:line="240" w:lineRule="auto"/>
        <w:ind w:left="567" w:hanging="567"/>
      </w:pPr>
      <w:r>
        <w:rPr>
          <w:rFonts w:ascii="Times New Roman" w:hAnsi="Times New Roman" w:eastAsia="Times New Roman"/>
          <w:b w:val="0"/>
          <w:i w:val="0"/>
          <w:color w:val="666666"/>
          <w:sz w:val="22"/>
        </w:rPr>
        <w:t>Nama Belakang, A. A. (Tahun). Judul buku. Penerbit.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417" w:bottom="1417" w:left="1417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 w:eastAsia="Arial"/>
        <w:b w:val="0"/>
        <w:i w:val="0"/>
        <w:color w:val="666666"/>
        <w:sz w:val="17"/>
      </w:rPr>
      <w:t xml:space="preserve">jurnal.qolama.id  |  Halaman </w:t>
    </w:r>
    <w:r>
      <w:rPr>
        <w:rFonts w:ascii="Arial" w:hAnsi="Arial" w:eastAsia="Arial"/>
        <w:b w:val="0"/>
        <w:i w:val="0"/>
        <w:color w:val="666666"/>
        <w:sz w:val="17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  <w:pBdr>
        <w:bottom w:val="single" w:sz="6" w:space="2" w:color="14532D"/>
      </w:pBdr>
    </w:pPr>
    <w:r>
      <w:rPr>
        <w:rFonts w:ascii="Arial" w:hAnsi="Arial" w:eastAsia="Arial"/>
        <w:b/>
        <w:i w:val="0"/>
        <w:color w:val="14532D"/>
        <w:sz w:val="17"/>
      </w:rPr>
      <w:t>QOLAMA: Jurnal Pendidikan Islam dan Transformasi Sosial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76" w:lineRule="auto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 w:line="252" w:lineRule="auto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14532D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 w:line="252" w:lineRule="auto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6803A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52" w:lineRule="auto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16803A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odyTextQOLAMA">
    <w:name w:val="Body Text QOLAMA"/>
    <w:basedOn w:val="Normal"/>
    <w:pPr>
      <w:spacing w:after="120" w:line="276" w:lineRule="auto"/>
      <w:ind w:firstLine="567"/>
      <w:jc w:val="both"/>
    </w:pPr>
    <w:rPr>
      <w:rFonts w:ascii="Times New Roman" w:hAnsi="Times New Roman"/>
      <w:sz w:val="24"/>
    </w:rPr>
  </w:style>
  <w:style w:type="paragraph" w:customStyle="1" w:styleId="Placeholder">
    <w:name w:val="Placeholder"/>
    <w:basedOn w:val="Normal"/>
    <w:pPr>
      <w:spacing w:after="120" w:line="252" w:lineRule="auto"/>
      <w:jc w:val="both"/>
    </w:pPr>
    <w:rPr>
      <w:rFonts w:ascii="Times New Roman" w:hAnsi="Times New Roman"/>
      <w:i/>
      <w:color w:val="666666"/>
      <w:sz w:val="20"/>
    </w:rPr>
  </w:style>
  <w:style w:type="paragraph" w:customStyle="1" w:styleId="AbstractQOLAMA">
    <w:name w:val="Abstract QOLAMA"/>
    <w:basedOn w:val="Normal"/>
    <w:pPr>
      <w:spacing w:after="80" w:line="240" w:lineRule="auto"/>
      <w:jc w:val="both"/>
    </w:pPr>
    <w:rPr>
      <w:rFonts w:ascii="Times New Roman" w:hAnsi="Times New Roman"/>
      <w:sz w:val="20"/>
    </w:rPr>
  </w:style>
  <w:style w:type="paragraph" w:customStyle="1" w:styleId="CaptionQOLAMA">
    <w:name w:val="Caption QOLAMA"/>
    <w:basedOn w:val="Normal"/>
    <w:pPr>
      <w:keepNext/>
      <w:spacing w:before="120" w:after="80"/>
      <w:jc w:val="center"/>
    </w:pPr>
    <w:rPr>
      <w:rFonts w:ascii="Times New Roman" w:hAnsi="Times New Roman"/>
      <w:b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Artikel QOLAMA</dc:title>
  <dc:subject>Template naskah untuk QOLAMA: Jurnal Pendidikan Islam dan Transformasi Sosial</dc:subject>
  <dc:creator>PT Qolama Inspira Creative</dc:creator>
  <cp:keywords>QOLAMA, template artikel, jurnal pendidikan Islam, transformasi sosial</cp:keywords>
  <dc:description>Template resmi; petunjuk abu-abu harus dihapus sebelum pengiriman.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